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right"/>
      </w:pPr>
      <w:r>
        <w:t>فرم درخواست همکاری با تحریریه سایبرلاین</w:t>
      </w:r>
    </w:p>
    <w:p>
      <w:pPr>
        <w:jc w:val="right"/>
      </w:pPr>
      <w:r>
        <w:t>این فایل نمونه است. آن را تکمیل و امضا کنید و در صفحه «همکاری با ما» بارگذاری کنید.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نام و نام خانوادگی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تلفن همراه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ایمیل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حوزه تخصصی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سال‌های تجربه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نمونه کارهای منتشرشده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موضوعات پیشنهادی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امضا و تاریخ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